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Editorial Captions</w:t>
      </w:r>
    </w:p>
    <w:p>
      <w:r>
        <w:t>Write captions that add context, not noise.</w:t>
        <w:br/>
      </w:r>
    </w:p>
    <w:p>
      <w:pPr>
        <w:pStyle w:val="Heading2"/>
      </w:pPr>
      <w:r>
        <w:t>Structure</w:t>
      </w:r>
    </w:p>
    <w:p>
      <w:r>
        <w:rPr>
          <w:b/>
        </w:rPr>
        <w:t xml:space="preserve">Headline: </w:t>
      </w:r>
      <w:r>
        <w:t>One clear sentence.</w:t>
      </w:r>
    </w:p>
    <w:p>
      <w:r>
        <w:rPr>
          <w:b/>
        </w:rPr>
        <w:t xml:space="preserve">Context: </w:t>
      </w:r>
      <w:r>
        <w:t>What is happening? Where? Why does it matter?</w:t>
      </w:r>
    </w:p>
    <w:p>
      <w:r>
        <w:rPr>
          <w:b/>
        </w:rPr>
        <w:t xml:space="preserve">Credit: </w:t>
      </w:r>
      <w:r>
        <w:t>📍 Location</w:t>
        <w:br/>
        <w:t>📸 Photographer</w:t>
      </w:r>
    </w:p>
    <w:p>
      <w:pPr>
        <w:pStyle w:val="Heading2"/>
      </w:pPr>
      <w:r>
        <w:t>Do</w:t>
      </w:r>
    </w:p>
    <w:p>
      <w:pPr>
        <w:pStyle w:val="ListBullet"/>
      </w:pPr>
      <w:r>
        <w:t>Be factual</w:t>
      </w:r>
    </w:p>
    <w:p>
      <w:pPr>
        <w:pStyle w:val="ListBullet"/>
      </w:pPr>
      <w:r>
        <w:t>Keep it short</w:t>
      </w:r>
    </w:p>
    <w:p>
      <w:pPr>
        <w:pStyle w:val="ListBullet"/>
      </w:pPr>
      <w:r>
        <w:t>Respect the subject</w:t>
      </w:r>
    </w:p>
    <w:p>
      <w:pPr>
        <w:pStyle w:val="ListBullet"/>
      </w:pPr>
      <w:r>
        <w:t>Add context</w:t>
      </w:r>
    </w:p>
    <w:p>
      <w:pPr>
        <w:pStyle w:val="ListBullet"/>
      </w:pPr>
      <w:r>
        <w:t>Credit the photographer</w:t>
      </w:r>
    </w:p>
    <w:p>
      <w:pPr>
        <w:pStyle w:val="Heading2"/>
      </w:pPr>
      <w:r>
        <w:t>Don't</w:t>
      </w:r>
    </w:p>
    <w:p>
      <w:pPr>
        <w:pStyle w:val="ListBullet"/>
      </w:pPr>
      <w:r>
        <w:t>Use clickbait</w:t>
      </w:r>
    </w:p>
    <w:p>
      <w:pPr>
        <w:pStyle w:val="ListBullet"/>
      </w:pPr>
      <w:r>
        <w:t>Exaggerate</w:t>
      </w:r>
    </w:p>
    <w:p>
      <w:pPr>
        <w:pStyle w:val="ListBullet"/>
      </w:pPr>
      <w:r>
        <w:t>Guess facts</w:t>
      </w:r>
    </w:p>
    <w:p>
      <w:pPr>
        <w:pStyle w:val="ListBullet"/>
      </w:pPr>
      <w:r>
        <w:t>Overwrite</w:t>
      </w:r>
    </w:p>
    <w:p>
      <w:pPr>
        <w:pStyle w:val="ListBullet"/>
      </w:pPr>
      <w:r>
        <w:t>Use excessive emojis</w:t>
      </w:r>
    </w:p>
    <w:p>
      <w:pPr>
        <w:pStyle w:val="Heading2"/>
      </w:pPr>
      <w:r>
        <w:t>Caption Example</w:t>
      </w:r>
    </w:p>
    <w:p>
      <w:r>
        <w:rPr>
          <w:b/>
        </w:rPr>
        <w:t>Morning preparations begin before sunrise.</w:t>
        <w:br/>
      </w:r>
      <w:r>
        <w:t>Street vendors prepare their stalls as the city slowly comes to life, reflecting the routines that often go unnoticed.</w:t>
        <w:br/>
        <w:br/>
        <w:t>📍 Jaipur, Rajasthan</w:t>
        <w:br/>
        <w:t>📸 Riya Sharma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